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0"/>
        <w:gridCol w:w="9884"/>
      </w:tblGrid>
      <w:tr w:rsidR="002B6C34" w14:paraId="5AE2468D" w14:textId="77777777" w:rsidTr="00D70B67">
        <w:trPr>
          <w:jc w:val="center"/>
        </w:trPr>
        <w:tc>
          <w:tcPr>
            <w:tcW w:w="320" w:type="dxa"/>
            <w:shd w:val="clear" w:color="auto" w:fill="A8D60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7FE150" w14:textId="680EDEC9" w:rsidR="002B6C34" w:rsidRDefault="002B6C34">
            <w:pPr>
              <w:jc w:val="center"/>
            </w:pPr>
          </w:p>
        </w:tc>
        <w:tc>
          <w:tcPr>
            <w:tcW w:w="9884" w:type="dxa"/>
            <w:shd w:val="clear" w:color="auto" w:fill="006B4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F39D31" w14:textId="77777777" w:rsidR="002B6C34" w:rsidRPr="006D6091" w:rsidRDefault="004C5639">
            <w:pPr>
              <w:spacing w:after="0"/>
              <w:rPr>
                <w:sz w:val="24"/>
                <w:szCs w:val="24"/>
              </w:rPr>
            </w:pPr>
            <w:r w:rsidRPr="006D6091">
              <w:rPr>
                <w:b/>
                <w:color w:val="FFFFFF"/>
                <w:sz w:val="24"/>
                <w:szCs w:val="24"/>
              </w:rPr>
              <w:t>UNIVERZITA TOMÁŠE BATI VE ZLÍNĚ</w:t>
            </w:r>
            <w:r w:rsidRPr="006D6091">
              <w:rPr>
                <w:b/>
                <w:color w:val="FFFFFF"/>
                <w:sz w:val="24"/>
                <w:szCs w:val="24"/>
              </w:rPr>
              <w:br/>
            </w:r>
            <w:r w:rsidRPr="006D6091">
              <w:rPr>
                <w:color w:val="FFFFFF"/>
                <w:sz w:val="24"/>
                <w:szCs w:val="24"/>
              </w:rPr>
              <w:t>Fakulta logistiky a krizového řízení</w:t>
            </w:r>
          </w:p>
        </w:tc>
      </w:tr>
    </w:tbl>
    <w:p w14:paraId="35B982B0" w14:textId="77777777" w:rsidR="002B6C34" w:rsidRPr="00D70B67" w:rsidRDefault="004C5639">
      <w:pPr>
        <w:spacing w:before="200" w:after="0"/>
        <w:jc w:val="center"/>
        <w:rPr>
          <w:sz w:val="32"/>
          <w:szCs w:val="32"/>
        </w:rPr>
      </w:pPr>
      <w:r w:rsidRPr="00D70B67">
        <w:rPr>
          <w:b/>
          <w:color w:val="006B4F"/>
          <w:sz w:val="32"/>
          <w:szCs w:val="32"/>
        </w:rPr>
        <w:t>PŘIHLÁŠKA DO SOUTĚŽE</w:t>
      </w:r>
    </w:p>
    <w:p w14:paraId="28D77042" w14:textId="77777777" w:rsidR="002B6C34" w:rsidRPr="00D70B67" w:rsidRDefault="004C5639">
      <w:pPr>
        <w:spacing w:before="20" w:after="40"/>
        <w:jc w:val="center"/>
        <w:rPr>
          <w:sz w:val="32"/>
          <w:szCs w:val="32"/>
        </w:rPr>
      </w:pPr>
      <w:r w:rsidRPr="00D70B67">
        <w:rPr>
          <w:b/>
          <w:sz w:val="32"/>
          <w:szCs w:val="32"/>
        </w:rPr>
        <w:t>STUDENTSKÁ VĚDECKÁ A ODBORNÁ ČINNOST</w:t>
      </w:r>
    </w:p>
    <w:p w14:paraId="6BFA510A" w14:textId="5BE963FF" w:rsidR="002B6C34" w:rsidRPr="00D70B67" w:rsidRDefault="004C5639">
      <w:pPr>
        <w:spacing w:after="160"/>
        <w:jc w:val="center"/>
        <w:rPr>
          <w:sz w:val="32"/>
          <w:szCs w:val="32"/>
        </w:rPr>
      </w:pPr>
      <w:r w:rsidRPr="00D70B67">
        <w:rPr>
          <w:b/>
          <w:color w:val="A8D600"/>
          <w:sz w:val="32"/>
          <w:szCs w:val="32"/>
        </w:rPr>
        <w:t>SVOČ</w:t>
      </w:r>
      <w:r w:rsidRPr="00D70B67">
        <w:rPr>
          <w:b/>
          <w:color w:val="A8D600"/>
          <w:sz w:val="32"/>
          <w:szCs w:val="32"/>
        </w:rPr>
        <w:t xml:space="preserve"> </w:t>
      </w:r>
      <w:r w:rsidRPr="00D70B67">
        <w:rPr>
          <w:b/>
          <w:color w:val="A8D600"/>
          <w:sz w:val="32"/>
          <w:szCs w:val="32"/>
        </w:rPr>
        <w:t>2027</w:t>
      </w:r>
    </w:p>
    <w:tbl>
      <w:tblPr>
        <w:tblW w:w="0" w:type="auto"/>
        <w:jc w:val="center"/>
        <w:tblBorders>
          <w:top w:val="single" w:sz="7" w:space="0" w:color="9CC7B5"/>
          <w:left w:val="single" w:sz="7" w:space="0" w:color="9CC7B5"/>
          <w:bottom w:val="single" w:sz="7" w:space="0" w:color="9CC7B5"/>
          <w:right w:val="single" w:sz="7" w:space="0" w:color="9CC7B5"/>
          <w:insideH w:val="single" w:sz="7" w:space="0" w:color="9CC7B5"/>
          <w:insideV w:val="single" w:sz="7" w:space="0" w:color="9CC7B5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7313"/>
      </w:tblGrid>
      <w:tr w:rsidR="002B6C34" w14:paraId="74AD1AA2" w14:textId="77777777">
        <w:trPr>
          <w:trHeight w:val="700"/>
          <w:jc w:val="center"/>
        </w:trPr>
        <w:tc>
          <w:tcPr>
            <w:tcW w:w="2891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03EE41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Jméno a příjmení autora/autorů</w:t>
            </w:r>
          </w:p>
        </w:tc>
        <w:tc>
          <w:tcPr>
            <w:tcW w:w="73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D83D1C" w14:textId="6839D00A" w:rsidR="002B6C34" w:rsidRDefault="004C5639">
            <w:pPr>
              <w:spacing w:after="0"/>
            </w:pPr>
            <w:r>
              <w:rPr>
                <w:color w:val="8DA69C"/>
              </w:rPr>
              <w:t xml:space="preserve"> </w:t>
            </w:r>
          </w:p>
        </w:tc>
      </w:tr>
      <w:tr w:rsidR="002B6C34" w14:paraId="3B8A1507" w14:textId="77777777">
        <w:trPr>
          <w:trHeight w:val="700"/>
          <w:jc w:val="center"/>
        </w:trPr>
        <w:tc>
          <w:tcPr>
            <w:tcW w:w="2891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3B349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Název práce</w:t>
            </w:r>
          </w:p>
        </w:tc>
        <w:tc>
          <w:tcPr>
            <w:tcW w:w="73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61C9DD" w14:textId="0CEEEC8C" w:rsidR="002B6C34" w:rsidRDefault="004C5639">
            <w:pPr>
              <w:spacing w:after="0"/>
            </w:pPr>
            <w:r>
              <w:rPr>
                <w:color w:val="8DA69C"/>
              </w:rPr>
              <w:t xml:space="preserve"> </w:t>
            </w:r>
          </w:p>
        </w:tc>
      </w:tr>
      <w:tr w:rsidR="002B6C34" w14:paraId="0B181DE9" w14:textId="77777777">
        <w:trPr>
          <w:trHeight w:val="480"/>
          <w:jc w:val="center"/>
        </w:trPr>
        <w:tc>
          <w:tcPr>
            <w:tcW w:w="2891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557D0B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Studijní program</w:t>
            </w:r>
          </w:p>
        </w:tc>
        <w:tc>
          <w:tcPr>
            <w:tcW w:w="73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AADE1E" w14:textId="44F57354" w:rsidR="002B6C34" w:rsidRDefault="002B6C34">
            <w:pPr>
              <w:spacing w:after="0"/>
            </w:pPr>
          </w:p>
        </w:tc>
      </w:tr>
      <w:tr w:rsidR="002B6C34" w14:paraId="7A7231A4" w14:textId="77777777">
        <w:trPr>
          <w:trHeight w:val="480"/>
          <w:jc w:val="center"/>
        </w:trPr>
        <w:tc>
          <w:tcPr>
            <w:tcW w:w="2891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403489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Specializace</w:t>
            </w:r>
          </w:p>
        </w:tc>
        <w:tc>
          <w:tcPr>
            <w:tcW w:w="73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2C2AC9" w14:textId="17562766" w:rsidR="002B6C34" w:rsidRDefault="002B6C34">
            <w:pPr>
              <w:spacing w:after="0"/>
            </w:pPr>
          </w:p>
        </w:tc>
      </w:tr>
    </w:tbl>
    <w:p w14:paraId="09E74B81" w14:textId="77777777" w:rsidR="002B6C34" w:rsidRDefault="002B6C34">
      <w:pPr>
        <w:spacing w:after="20"/>
      </w:pPr>
    </w:p>
    <w:tbl>
      <w:tblPr>
        <w:tblW w:w="10481" w:type="dxa"/>
        <w:jc w:val="center"/>
        <w:tblBorders>
          <w:top w:val="single" w:sz="7" w:space="0" w:color="9CC7B5"/>
          <w:left w:val="single" w:sz="7" w:space="0" w:color="9CC7B5"/>
          <w:bottom w:val="single" w:sz="7" w:space="0" w:color="9CC7B5"/>
          <w:right w:val="single" w:sz="7" w:space="0" w:color="9CC7B5"/>
          <w:insideH w:val="single" w:sz="7" w:space="0" w:color="9CC7B5"/>
          <w:insideV w:val="single" w:sz="7" w:space="0" w:color="9CC7B5"/>
        </w:tblBorders>
        <w:tblLayout w:type="fixed"/>
        <w:tblLook w:val="04A0" w:firstRow="1" w:lastRow="0" w:firstColumn="1" w:lastColumn="0" w:noHBand="0" w:noVBand="1"/>
      </w:tblPr>
      <w:tblGrid>
        <w:gridCol w:w="2036"/>
        <w:gridCol w:w="3572"/>
        <w:gridCol w:w="1531"/>
        <w:gridCol w:w="3342"/>
      </w:tblGrid>
      <w:tr w:rsidR="002B6C34" w:rsidRPr="00D70B67" w14:paraId="38C20C1A" w14:textId="77777777" w:rsidTr="00D70B67">
        <w:trPr>
          <w:trHeight w:val="430"/>
          <w:jc w:val="center"/>
        </w:trPr>
        <w:tc>
          <w:tcPr>
            <w:tcW w:w="2036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484F23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proofErr w:type="spellStart"/>
            <w:r w:rsidRPr="00D70B67">
              <w:rPr>
                <w:b/>
                <w:sz w:val="24"/>
                <w:szCs w:val="24"/>
              </w:rPr>
              <w:t>Kategorie</w:t>
            </w:r>
            <w:proofErr w:type="spellEnd"/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1098D4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☐</w:t>
            </w:r>
            <w:r w:rsidRPr="00D70B67">
              <w:rPr>
                <w:b/>
                <w:sz w:val="24"/>
                <w:szCs w:val="24"/>
              </w:rPr>
              <w:t xml:space="preserve"> bakalářská   ☐ magisterská</w:t>
            </w:r>
          </w:p>
        </w:tc>
        <w:tc>
          <w:tcPr>
            <w:tcW w:w="1531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C3CFD0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Ročník</w:t>
            </w:r>
          </w:p>
        </w:tc>
        <w:tc>
          <w:tcPr>
            <w:tcW w:w="33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82D63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________________</w:t>
            </w:r>
          </w:p>
        </w:tc>
      </w:tr>
      <w:tr w:rsidR="002B6C34" w:rsidRPr="00D70B67" w14:paraId="230CE39A" w14:textId="77777777" w:rsidTr="00D70B67">
        <w:trPr>
          <w:trHeight w:val="430"/>
          <w:jc w:val="center"/>
        </w:trPr>
        <w:tc>
          <w:tcPr>
            <w:tcW w:w="2036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5712D2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Forma studia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79BFCE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☐</w:t>
            </w:r>
            <w:r w:rsidRPr="00D70B67">
              <w:rPr>
                <w:b/>
                <w:sz w:val="24"/>
                <w:szCs w:val="24"/>
              </w:rPr>
              <w:t xml:space="preserve"> prezenční   ☐ kombinovaná</w:t>
            </w:r>
          </w:p>
        </w:tc>
        <w:tc>
          <w:tcPr>
            <w:tcW w:w="1531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C0208D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Soutěžím za</w:t>
            </w:r>
          </w:p>
        </w:tc>
        <w:tc>
          <w:tcPr>
            <w:tcW w:w="33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AD651C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☐</w:t>
            </w:r>
            <w:r w:rsidRPr="00D70B67">
              <w:rPr>
                <w:b/>
                <w:sz w:val="24"/>
                <w:szCs w:val="24"/>
              </w:rPr>
              <w:t xml:space="preserve"> kredity   ☐ stipendium</w:t>
            </w:r>
          </w:p>
        </w:tc>
      </w:tr>
      <w:tr w:rsidR="002B6C34" w:rsidRPr="00D70B67" w14:paraId="65A270DD" w14:textId="77777777" w:rsidTr="00D70B67">
        <w:trPr>
          <w:jc w:val="center"/>
        </w:trPr>
        <w:tc>
          <w:tcPr>
            <w:tcW w:w="2036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844B4F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Kontaktní údaje</w:t>
            </w:r>
          </w:p>
        </w:tc>
        <w:tc>
          <w:tcPr>
            <w:tcW w:w="8445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49F0AA" w14:textId="6484FAF0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color w:val="5D6B66"/>
                <w:sz w:val="24"/>
                <w:szCs w:val="24"/>
              </w:rPr>
              <w:t xml:space="preserve">E-mail: </w:t>
            </w:r>
            <w:r w:rsidRPr="00D70B67">
              <w:rPr>
                <w:color w:val="5D6B66"/>
                <w:sz w:val="24"/>
                <w:szCs w:val="24"/>
              </w:rPr>
              <w:t xml:space="preserve">  </w:t>
            </w:r>
            <w:r w:rsidR="006D6091">
              <w:rPr>
                <w:color w:val="5D6B66"/>
                <w:sz w:val="24"/>
                <w:szCs w:val="24"/>
              </w:rPr>
              <w:t xml:space="preserve">                                          </w:t>
            </w:r>
            <w:r w:rsidRPr="00D70B67">
              <w:rPr>
                <w:color w:val="5D6B66"/>
                <w:sz w:val="24"/>
                <w:szCs w:val="24"/>
              </w:rPr>
              <w:t xml:space="preserve"> </w:t>
            </w:r>
            <w:r w:rsidR="006D6091">
              <w:rPr>
                <w:color w:val="5D6B66"/>
                <w:sz w:val="24"/>
                <w:szCs w:val="24"/>
              </w:rPr>
              <w:t xml:space="preserve">        </w:t>
            </w:r>
            <w:r w:rsidRPr="00D70B67">
              <w:rPr>
                <w:color w:val="5D6B66"/>
                <w:sz w:val="24"/>
                <w:szCs w:val="24"/>
              </w:rPr>
              <w:t xml:space="preserve"> </w:t>
            </w:r>
            <w:proofErr w:type="spellStart"/>
            <w:r w:rsidRPr="00D70B67">
              <w:rPr>
                <w:color w:val="5D6B66"/>
                <w:sz w:val="24"/>
                <w:szCs w:val="24"/>
              </w:rPr>
              <w:t>Telefon</w:t>
            </w:r>
            <w:proofErr w:type="spellEnd"/>
            <w:r w:rsidRPr="00D70B67">
              <w:rPr>
                <w:color w:val="5D6B66"/>
                <w:sz w:val="24"/>
                <w:szCs w:val="24"/>
              </w:rPr>
              <w:t xml:space="preserve">: </w:t>
            </w:r>
          </w:p>
        </w:tc>
      </w:tr>
      <w:tr w:rsidR="006D6091" w:rsidRPr="00D70B67" w14:paraId="1767B513" w14:textId="77777777" w:rsidTr="00D70B67">
        <w:trPr>
          <w:jc w:val="center"/>
        </w:trPr>
        <w:tc>
          <w:tcPr>
            <w:tcW w:w="2036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D219C6" w14:textId="77777777" w:rsidR="006D6091" w:rsidRPr="00D70B67" w:rsidRDefault="006D6091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8445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33699E" w14:textId="77777777" w:rsidR="006D6091" w:rsidRPr="00D70B67" w:rsidRDefault="006D6091">
            <w:pPr>
              <w:spacing w:after="0"/>
              <w:rPr>
                <w:color w:val="5D6B66"/>
                <w:sz w:val="24"/>
                <w:szCs w:val="24"/>
              </w:rPr>
            </w:pPr>
          </w:p>
        </w:tc>
      </w:tr>
    </w:tbl>
    <w:p w14:paraId="23D0B696" w14:textId="77777777" w:rsidR="002B6C34" w:rsidRPr="00D70B67" w:rsidRDefault="002B6C34">
      <w:pPr>
        <w:spacing w:after="2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7" w:space="0" w:color="9CC7B5"/>
          <w:left w:val="single" w:sz="7" w:space="0" w:color="9CC7B5"/>
          <w:bottom w:val="single" w:sz="7" w:space="0" w:color="9CC7B5"/>
          <w:right w:val="single" w:sz="7" w:space="0" w:color="9CC7B5"/>
          <w:insideH w:val="single" w:sz="7" w:space="0" w:color="9CC7B5"/>
          <w:insideV w:val="single" w:sz="7" w:space="0" w:color="9CC7B5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7313"/>
      </w:tblGrid>
      <w:tr w:rsidR="002B6C34" w:rsidRPr="00D70B67" w14:paraId="1B81FB5D" w14:textId="77777777">
        <w:trPr>
          <w:trHeight w:val="520"/>
          <w:jc w:val="center"/>
        </w:trPr>
        <w:tc>
          <w:tcPr>
            <w:tcW w:w="2891" w:type="dxa"/>
            <w:shd w:val="clear" w:color="auto" w:fill="EEF7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F96C57" w14:textId="77777777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b/>
                <w:sz w:val="24"/>
                <w:szCs w:val="24"/>
              </w:rPr>
              <w:t>Vedoucí práce</w:t>
            </w:r>
          </w:p>
        </w:tc>
        <w:tc>
          <w:tcPr>
            <w:tcW w:w="73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BE02E6" w14:textId="32BF3950" w:rsidR="002B6C34" w:rsidRPr="00D70B67" w:rsidRDefault="004C5639">
            <w:pPr>
              <w:spacing w:after="0"/>
              <w:rPr>
                <w:sz w:val="24"/>
                <w:szCs w:val="24"/>
              </w:rPr>
            </w:pPr>
            <w:r w:rsidRPr="00D70B67">
              <w:rPr>
                <w:color w:val="8DA69C"/>
                <w:sz w:val="24"/>
                <w:szCs w:val="24"/>
              </w:rPr>
              <w:t xml:space="preserve"> </w:t>
            </w:r>
          </w:p>
        </w:tc>
      </w:tr>
    </w:tbl>
    <w:p w14:paraId="6494CF09" w14:textId="77777777" w:rsidR="002B6C34" w:rsidRPr="00D70B67" w:rsidRDefault="004C5639">
      <w:pPr>
        <w:spacing w:before="180" w:after="80"/>
        <w:rPr>
          <w:sz w:val="24"/>
          <w:szCs w:val="24"/>
        </w:rPr>
      </w:pPr>
      <w:r w:rsidRPr="00D70B67">
        <w:rPr>
          <w:b/>
          <w:color w:val="006B4F"/>
          <w:sz w:val="24"/>
          <w:szCs w:val="24"/>
        </w:rPr>
        <w:t>ORGANIZAČNÍ INFORMACE</w:t>
      </w:r>
    </w:p>
    <w:tbl>
      <w:tblPr>
        <w:tblW w:w="0" w:type="auto"/>
        <w:jc w:val="center"/>
        <w:tblBorders>
          <w:top w:val="single" w:sz="9" w:space="0" w:color="006B4F"/>
          <w:left w:val="single" w:sz="9" w:space="0" w:color="006B4F"/>
          <w:bottom w:val="single" w:sz="9" w:space="0" w:color="006B4F"/>
          <w:right w:val="single" w:sz="9" w:space="0" w:color="006B4F"/>
          <w:insideH w:val="single" w:sz="9" w:space="0" w:color="006B4F"/>
          <w:insideV w:val="single" w:sz="9" w:space="0" w:color="006B4F"/>
        </w:tblBorders>
        <w:tblLook w:val="04A0" w:firstRow="1" w:lastRow="0" w:firstColumn="1" w:lastColumn="0" w:noHBand="0" w:noVBand="1"/>
      </w:tblPr>
      <w:tblGrid>
        <w:gridCol w:w="10354"/>
      </w:tblGrid>
      <w:tr w:rsidR="002B6C34" w:rsidRPr="00D70B67" w14:paraId="74C13630" w14:textId="77777777">
        <w:trPr>
          <w:jc w:val="center"/>
        </w:trPr>
        <w:tc>
          <w:tcPr>
            <w:tcW w:w="10376" w:type="dxa"/>
            <w:shd w:val="clear" w:color="auto" w:fill="EEF7F1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BD78B93" w14:textId="77777777" w:rsidR="002B6C34" w:rsidRPr="00D70B67" w:rsidRDefault="004C5639">
            <w:pPr>
              <w:spacing w:after="60"/>
              <w:rPr>
                <w:sz w:val="24"/>
                <w:szCs w:val="24"/>
              </w:rPr>
            </w:pPr>
            <w:r w:rsidRPr="00D70B67">
              <w:rPr>
                <w:sz w:val="24"/>
                <w:szCs w:val="24"/>
              </w:rPr>
              <w:t xml:space="preserve">Vyplněnou přihlášku odešlete do 12. 02. 2027 do 12:00 elektronicky na e-mail </w:t>
            </w:r>
            <w:r w:rsidRPr="00D70B67">
              <w:rPr>
                <w:b/>
                <w:color w:val="006B4F"/>
                <w:sz w:val="24"/>
                <w:szCs w:val="24"/>
              </w:rPr>
              <w:t>svoc@flkr.utb.cz</w:t>
            </w:r>
          </w:p>
          <w:p w14:paraId="5712512E" w14:textId="43FC5612" w:rsidR="002B6C34" w:rsidRPr="00D70B67" w:rsidRDefault="004332F7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Vyplněním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této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přihlášky</w:t>
            </w:r>
            <w:proofErr w:type="spellEnd"/>
            <w:r w:rsidR="000E6625">
              <w:rPr>
                <w:sz w:val="24"/>
                <w:szCs w:val="24"/>
              </w:rPr>
              <w:t xml:space="preserve"> </w:t>
            </w:r>
            <w:proofErr w:type="spellStart"/>
            <w:r w:rsidR="000E6625">
              <w:rPr>
                <w:sz w:val="24"/>
                <w:szCs w:val="24"/>
              </w:rPr>
              <w:t>souhlasím</w:t>
            </w:r>
            <w:proofErr w:type="spellEnd"/>
            <w:r w:rsidR="000E6625">
              <w:rPr>
                <w:sz w:val="24"/>
                <w:szCs w:val="24"/>
              </w:rPr>
              <w:t xml:space="preserve">, aby </w:t>
            </w:r>
            <w:r w:rsidR="004C5639" w:rsidRPr="00D70B67">
              <w:rPr>
                <w:sz w:val="24"/>
                <w:szCs w:val="24"/>
              </w:rPr>
              <w:t xml:space="preserve">v případě </w:t>
            </w:r>
            <w:proofErr w:type="spellStart"/>
            <w:r w:rsidR="004C5639" w:rsidRPr="00D70B67">
              <w:rPr>
                <w:sz w:val="24"/>
                <w:szCs w:val="24"/>
              </w:rPr>
              <w:t>ocenění</w:t>
            </w:r>
            <w:proofErr w:type="spellEnd"/>
            <w:r w:rsidR="004C5639" w:rsidRPr="00D70B67">
              <w:rPr>
                <w:sz w:val="24"/>
                <w:szCs w:val="24"/>
              </w:rPr>
              <w:t xml:space="preserve"> </w:t>
            </w:r>
            <w:proofErr w:type="spellStart"/>
            <w:r w:rsidR="004C5639" w:rsidRPr="00D70B67">
              <w:rPr>
                <w:sz w:val="24"/>
                <w:szCs w:val="24"/>
              </w:rPr>
              <w:t>bylo</w:t>
            </w:r>
            <w:proofErr w:type="spellEnd"/>
            <w:r w:rsidR="004C5639" w:rsidRPr="00D70B67">
              <w:rPr>
                <w:sz w:val="24"/>
                <w:szCs w:val="24"/>
              </w:rPr>
              <w:t xml:space="preserve"> </w:t>
            </w:r>
            <w:proofErr w:type="spellStart"/>
            <w:r w:rsidR="004C5639" w:rsidRPr="00D70B67">
              <w:rPr>
                <w:sz w:val="24"/>
                <w:szCs w:val="24"/>
              </w:rPr>
              <w:t>moje</w:t>
            </w:r>
            <w:proofErr w:type="spellEnd"/>
            <w:r w:rsidR="004C5639" w:rsidRPr="00D70B67">
              <w:rPr>
                <w:sz w:val="24"/>
                <w:szCs w:val="24"/>
              </w:rPr>
              <w:t xml:space="preserve"> </w:t>
            </w:r>
            <w:proofErr w:type="spellStart"/>
            <w:r w:rsidR="004C5639" w:rsidRPr="00D70B67">
              <w:rPr>
                <w:sz w:val="24"/>
                <w:szCs w:val="24"/>
              </w:rPr>
              <w:t>jméno</w:t>
            </w:r>
            <w:proofErr w:type="spellEnd"/>
            <w:r w:rsidR="004C5639" w:rsidRPr="00D70B67">
              <w:rPr>
                <w:sz w:val="24"/>
                <w:szCs w:val="24"/>
              </w:rPr>
              <w:t>, případně fotografie, zveřejněno na fakultním webu a fakultní nástěnce.</w:t>
            </w:r>
          </w:p>
        </w:tc>
      </w:tr>
    </w:tbl>
    <w:p w14:paraId="3348BF88" w14:textId="77777777" w:rsidR="004C5639" w:rsidRDefault="004C5639"/>
    <w:sectPr w:rsidR="004C5639" w:rsidSect="00034616">
      <w:footerReference w:type="default" r:id="rId8"/>
      <w:pgSz w:w="11906" w:h="16838"/>
      <w:pgMar w:top="709" w:right="765" w:bottom="652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19458" w14:textId="77777777" w:rsidR="004C5639" w:rsidRDefault="004C5639">
      <w:pPr>
        <w:spacing w:after="0" w:line="240" w:lineRule="auto"/>
      </w:pPr>
      <w:r>
        <w:separator/>
      </w:r>
    </w:p>
  </w:endnote>
  <w:endnote w:type="continuationSeparator" w:id="0">
    <w:p w14:paraId="080ECC76" w14:textId="77777777" w:rsidR="004C5639" w:rsidRDefault="004C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60C9" w14:textId="77777777" w:rsidR="002B6C34" w:rsidRDefault="004C5639">
    <w:pPr>
      <w:pStyle w:val="Zpat"/>
      <w:jc w:val="center"/>
    </w:pPr>
    <w:r>
      <w:rPr>
        <w:color w:val="5D6B66"/>
        <w:sz w:val="15"/>
      </w:rPr>
      <w:t xml:space="preserve">SVOČ  •  </w:t>
    </w:r>
    <w:proofErr w:type="spellStart"/>
    <w:r>
      <w:rPr>
        <w:color w:val="5D6B66"/>
        <w:sz w:val="15"/>
      </w:rPr>
      <w:t>Fakulta</w:t>
    </w:r>
    <w:proofErr w:type="spellEnd"/>
    <w:r>
      <w:rPr>
        <w:color w:val="5D6B66"/>
        <w:sz w:val="15"/>
      </w:rPr>
      <w:t xml:space="preserve"> </w:t>
    </w:r>
    <w:proofErr w:type="spellStart"/>
    <w:r>
      <w:rPr>
        <w:color w:val="5D6B66"/>
        <w:sz w:val="15"/>
      </w:rPr>
      <w:t>logistiky</w:t>
    </w:r>
    <w:proofErr w:type="spellEnd"/>
    <w:r>
      <w:rPr>
        <w:color w:val="5D6B66"/>
        <w:sz w:val="15"/>
      </w:rPr>
      <w:t xml:space="preserve"> a </w:t>
    </w:r>
    <w:proofErr w:type="spellStart"/>
    <w:r>
      <w:rPr>
        <w:color w:val="5D6B66"/>
        <w:sz w:val="15"/>
      </w:rPr>
      <w:t>krizového</w:t>
    </w:r>
    <w:proofErr w:type="spellEnd"/>
    <w:r>
      <w:rPr>
        <w:color w:val="5D6B66"/>
        <w:sz w:val="15"/>
      </w:rPr>
      <w:t xml:space="preserve"> </w:t>
    </w:r>
    <w:proofErr w:type="spellStart"/>
    <w:r>
      <w:rPr>
        <w:color w:val="5D6B66"/>
        <w:sz w:val="15"/>
      </w:rPr>
      <w:t>řízení</w:t>
    </w:r>
    <w:proofErr w:type="spellEnd"/>
    <w:r>
      <w:rPr>
        <w:color w:val="5D6B66"/>
        <w:sz w:val="15"/>
      </w:rPr>
      <w:t xml:space="preserve">  •  </w:t>
    </w:r>
    <w:proofErr w:type="spellStart"/>
    <w:r>
      <w:rPr>
        <w:color w:val="5D6B66"/>
        <w:sz w:val="15"/>
      </w:rPr>
      <w:t>Univerzita</w:t>
    </w:r>
    <w:proofErr w:type="spellEnd"/>
    <w:r>
      <w:rPr>
        <w:color w:val="5D6B66"/>
        <w:sz w:val="15"/>
      </w:rPr>
      <w:t xml:space="preserve"> </w:t>
    </w:r>
    <w:proofErr w:type="spellStart"/>
    <w:r>
      <w:rPr>
        <w:color w:val="5D6B66"/>
        <w:sz w:val="15"/>
      </w:rPr>
      <w:t>Tomáše</w:t>
    </w:r>
    <w:proofErr w:type="spellEnd"/>
    <w:r>
      <w:rPr>
        <w:color w:val="5D6B66"/>
        <w:sz w:val="15"/>
      </w:rPr>
      <w:t xml:space="preserve"> Bati </w:t>
    </w:r>
    <w:proofErr w:type="spellStart"/>
    <w:r>
      <w:rPr>
        <w:color w:val="5D6B66"/>
        <w:sz w:val="15"/>
      </w:rPr>
      <w:t>ve</w:t>
    </w:r>
    <w:proofErr w:type="spellEnd"/>
    <w:r>
      <w:rPr>
        <w:color w:val="5D6B66"/>
        <w:sz w:val="15"/>
      </w:rPr>
      <w:t xml:space="preserve"> </w:t>
    </w:r>
    <w:proofErr w:type="spellStart"/>
    <w:r>
      <w:rPr>
        <w:color w:val="5D6B66"/>
        <w:sz w:val="15"/>
      </w:rPr>
      <w:t>Zlíně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8487" w14:textId="77777777" w:rsidR="004C5639" w:rsidRDefault="004C5639">
      <w:pPr>
        <w:spacing w:after="0" w:line="240" w:lineRule="auto"/>
      </w:pPr>
      <w:r>
        <w:separator/>
      </w:r>
    </w:p>
  </w:footnote>
  <w:footnote w:type="continuationSeparator" w:id="0">
    <w:p w14:paraId="6812C451" w14:textId="77777777" w:rsidR="004C5639" w:rsidRDefault="004C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9351002">
    <w:abstractNumId w:val="8"/>
  </w:num>
  <w:num w:numId="2" w16cid:durableId="489834427">
    <w:abstractNumId w:val="6"/>
  </w:num>
  <w:num w:numId="3" w16cid:durableId="1204513482">
    <w:abstractNumId w:val="5"/>
  </w:num>
  <w:num w:numId="4" w16cid:durableId="1089931698">
    <w:abstractNumId w:val="4"/>
  </w:num>
  <w:num w:numId="5" w16cid:durableId="1600986787">
    <w:abstractNumId w:val="7"/>
  </w:num>
  <w:num w:numId="6" w16cid:durableId="1361708156">
    <w:abstractNumId w:val="3"/>
  </w:num>
  <w:num w:numId="7" w16cid:durableId="207493919">
    <w:abstractNumId w:val="2"/>
  </w:num>
  <w:num w:numId="8" w16cid:durableId="1807896422">
    <w:abstractNumId w:val="1"/>
  </w:num>
  <w:num w:numId="9" w16cid:durableId="125894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625"/>
    <w:rsid w:val="0015074B"/>
    <w:rsid w:val="0029639D"/>
    <w:rsid w:val="002B6C34"/>
    <w:rsid w:val="00326F90"/>
    <w:rsid w:val="004332F7"/>
    <w:rsid w:val="004C5639"/>
    <w:rsid w:val="006D6091"/>
    <w:rsid w:val="00AA1D8D"/>
    <w:rsid w:val="00AB31C9"/>
    <w:rsid w:val="00B47730"/>
    <w:rsid w:val="00BB2296"/>
    <w:rsid w:val="00BC3217"/>
    <w:rsid w:val="00CB0664"/>
    <w:rsid w:val="00D70B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F09FE"/>
  <w14:defaultImageDpi w14:val="300"/>
  <w15:docId w15:val="{A83968F9-DF16-4252-8A2B-BDED3B25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color w:val="173E34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Hoke</dc:creator>
  <cp:keywords/>
  <dc:description>generated by python-docx</dc:description>
  <cp:lastModifiedBy>Eva Hoke</cp:lastModifiedBy>
  <cp:revision>7</cp:revision>
  <dcterms:created xsi:type="dcterms:W3CDTF">2026-11-02T18:20:00Z</dcterms:created>
  <dcterms:modified xsi:type="dcterms:W3CDTF">2026-11-02T18:23:00Z</dcterms:modified>
  <cp:category/>
</cp:coreProperties>
</file>